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מילים הקשורות לעונת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בעברית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מאפיינים של החורף בסיפור תמר והחורף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מילים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בחורף קר, לא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המעיל שומר על חום הגוף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(מים שיורדים מהשמיים)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(בגד חם לחוץ)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(מגנה מהגשם)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(מים על הרצפה)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 - בוקר חורפי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קמים בבוקר ורואים שחושך וקר בחוץ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לובשים מעיל חם וכובע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לוקחים מטריה כי יש עננים בשמיים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יוצאים החוצה לדרך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על החורף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יש להזכיר תחושת קור, בגד חם כמו מעיל, ותופעה כמו גשם או ענן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נוצרות שלוליות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חורף לצד המילים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הסיפור תמר והחורף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כדאי לאפשר שימוש במילון בארבע שפות בזמן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החורף – עונה קרה ומיוחדת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וביטויים הקשורים לעונת החורף, על פי הסיפור תמר והחורף.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מעיל  ·  גשם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מילים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מתארת מים שיורדים מהשמיים?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לובשים כדי להתחמם בחורף?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כובע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בגד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בחורף בדרך כלל חם מאוד בחוץ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אנשים לובשים מעיל כדי להתחמם בחורף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כשיורד __________ אנחנו פותחים מטריה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להתחמם בחורף לובשים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בגד חם לחוץ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על הרצפה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מים שיורדים מהשמיים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שלולית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מגנה מהגשם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קודם למה - בוקר חורפי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לובשים מעיל חם וכובע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יוצאים החוצה לדרך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קמים בבוקר ורואים שחושך וקר בחוץ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לוקחים מטריה כי יש עננים בשמיים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על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קצרים על החורף: איך מרגישים, מה לובשים ומה רואים בחוץ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המילה למים שיורדים מהשמיים?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לובשים כדי להתחמם בחורף?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החורף – עונה קרה ומיוחדת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